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33F3" w14:textId="77777777" w:rsidR="005363EB" w:rsidRDefault="00000000">
      <w:pPr>
        <w:jc w:val="center"/>
      </w:pPr>
      <w:r>
        <w:rPr>
          <w:noProof/>
        </w:rPr>
        <w:drawing>
          <wp:inline distT="0" distB="0" distL="0" distR="0" wp14:anchorId="23BCEFBA" wp14:editId="224587FE">
            <wp:extent cx="1440000" cy="2215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5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1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4BC94" w14:textId="77777777" w:rsidR="005363EB" w:rsidRDefault="00000000">
      <w:pPr>
        <w:jc w:val="center"/>
      </w:pPr>
      <w:r>
        <w:rPr>
          <w:b/>
          <w:color w:val="588044"/>
          <w:sz w:val="36"/>
        </w:rPr>
        <w:t>EVIDENČNÍ LIST DÍTĚTE</w:t>
      </w:r>
    </w:p>
    <w:p w14:paraId="3B4368A9" w14:textId="77777777" w:rsidR="005363EB" w:rsidRDefault="00000000">
      <w:pPr>
        <w:jc w:val="center"/>
      </w:pPr>
      <w:r>
        <w:rPr>
          <w:b/>
          <w:color w:val="E69138"/>
          <w:sz w:val="28"/>
        </w:rPr>
        <w:t>Dětská skupina Zahrada dětství Chotěšov</w:t>
      </w:r>
    </w:p>
    <w:p w14:paraId="2412EEA4" w14:textId="77777777" w:rsidR="005363EB" w:rsidRDefault="00000000">
      <w:pPr>
        <w:pStyle w:val="Nadpis2"/>
      </w:pPr>
      <w:r>
        <w:t>Údaje o dítěti</w:t>
      </w:r>
    </w:p>
    <w:p w14:paraId="0559DBDA" w14:textId="77777777" w:rsidR="005363EB" w:rsidRDefault="00000000">
      <w:r>
        <w:t>Jméno a příjmení dítěte: ______________________________________________</w:t>
      </w:r>
    </w:p>
    <w:p w14:paraId="6353FE9A" w14:textId="77777777" w:rsidR="005363EB" w:rsidRDefault="00000000">
      <w:r>
        <w:t>Adresa místa pobytu: ______________________________________________</w:t>
      </w:r>
    </w:p>
    <w:p w14:paraId="285B53EE" w14:textId="77777777" w:rsidR="005363EB" w:rsidRDefault="00000000">
      <w:r>
        <w:t>Datum narození: ______________________________________________</w:t>
      </w:r>
    </w:p>
    <w:p w14:paraId="52AFA036" w14:textId="77777777" w:rsidR="005363EB" w:rsidRDefault="00000000">
      <w:r>
        <w:t>Zdravotní pojišťovna: ______________________________________________</w:t>
      </w:r>
    </w:p>
    <w:p w14:paraId="36A20DC9" w14:textId="77777777" w:rsidR="005363EB" w:rsidRDefault="00000000">
      <w:r>
        <w:t>Rodné číslo: ______________________________________________</w:t>
      </w:r>
    </w:p>
    <w:p w14:paraId="01F7AD84" w14:textId="77777777" w:rsidR="005363EB" w:rsidRDefault="00000000">
      <w:r>
        <w:t>Státní příslušnost: ______________________________________________</w:t>
      </w:r>
    </w:p>
    <w:p w14:paraId="15C85E19" w14:textId="77777777" w:rsidR="005363EB" w:rsidRDefault="00000000">
      <w:pPr>
        <w:pStyle w:val="Nadpis2"/>
      </w:pPr>
      <w:r>
        <w:t>Údaje o rodičích / zákonných zástupcích</w:t>
      </w:r>
    </w:p>
    <w:p w14:paraId="42CEA0F4" w14:textId="77777777" w:rsidR="005363EB" w:rsidRDefault="00000000">
      <w:r>
        <w:t>Jméno a příjmení matky / zákonného zástupce: ______________________________________________</w:t>
      </w:r>
    </w:p>
    <w:p w14:paraId="0C018025" w14:textId="77777777" w:rsidR="005363EB" w:rsidRDefault="00000000">
      <w:r>
        <w:t>Adresa místa pobytu: ______________________________________________</w:t>
      </w:r>
    </w:p>
    <w:p w14:paraId="309DB434" w14:textId="77777777" w:rsidR="005363EB" w:rsidRDefault="00000000">
      <w:r>
        <w:t>Kontaktní telefon: ______________________________________________</w:t>
      </w:r>
    </w:p>
    <w:p w14:paraId="2D17018A" w14:textId="77777777" w:rsidR="005363EB" w:rsidRDefault="00000000">
      <w:r>
        <w:t>E-mail: ______________________________________________</w:t>
      </w:r>
    </w:p>
    <w:p w14:paraId="66A2CC05" w14:textId="77777777" w:rsidR="005363EB" w:rsidRDefault="00000000">
      <w:r>
        <w:t>Jméno a příjmení otce / zákonného zástupce: ______________________________________________</w:t>
      </w:r>
    </w:p>
    <w:p w14:paraId="0E79C133" w14:textId="77777777" w:rsidR="005363EB" w:rsidRDefault="00000000">
      <w:r>
        <w:t>Adresa místa pobytu: ______________________________________________</w:t>
      </w:r>
    </w:p>
    <w:p w14:paraId="6FF56BC9" w14:textId="77777777" w:rsidR="005363EB" w:rsidRDefault="00000000">
      <w:r>
        <w:t>Kontaktní telefon: ______________________________________________</w:t>
      </w:r>
    </w:p>
    <w:p w14:paraId="3534E8F1" w14:textId="77777777" w:rsidR="005363EB" w:rsidRDefault="00000000">
      <w:r>
        <w:t>E-mail: ______________________________________________</w:t>
      </w:r>
    </w:p>
    <w:p w14:paraId="49D9472F" w14:textId="77777777" w:rsidR="005363EB" w:rsidRDefault="00000000">
      <w:r>
        <w:t>Jiná kontaktní osoba při náhlém onemocnění: ______________________________________________</w:t>
      </w:r>
    </w:p>
    <w:p w14:paraId="2F8CA38D" w14:textId="77777777" w:rsidR="005363EB" w:rsidRDefault="00000000">
      <w:pPr>
        <w:pStyle w:val="Nadpis2"/>
      </w:pPr>
      <w:r>
        <w:lastRenderedPageBreak/>
        <w:t>Osoby pověřené k vyzvedávání dítěte v případě nepřítomnosti rodičů</w:t>
      </w:r>
    </w:p>
    <w:p w14:paraId="416B2B05" w14:textId="77777777" w:rsidR="005363EB" w:rsidRDefault="00000000">
      <w:r>
        <w:t>1. Jméno a příjmení: ______________________________________________</w:t>
      </w:r>
    </w:p>
    <w:p w14:paraId="475E2DA4" w14:textId="77777777" w:rsidR="005363EB" w:rsidRDefault="00000000">
      <w:r>
        <w:t>Adresa místa pobytu: ______________________________________________</w:t>
      </w:r>
    </w:p>
    <w:p w14:paraId="0309C9B8" w14:textId="77777777" w:rsidR="005363EB" w:rsidRDefault="00000000">
      <w:r>
        <w:t>Kontaktní telefon: _____________________    Vztah k dítěti: _____________________</w:t>
      </w:r>
    </w:p>
    <w:p w14:paraId="298C42DB" w14:textId="77777777" w:rsidR="005363EB" w:rsidRDefault="00000000">
      <w:r>
        <w:t>2. Jméno a příjmení: ______________________________________________</w:t>
      </w:r>
    </w:p>
    <w:p w14:paraId="04ED8915" w14:textId="77777777" w:rsidR="005363EB" w:rsidRDefault="00000000">
      <w:r>
        <w:t>Adresa místa pobytu: ______________________________________________</w:t>
      </w:r>
    </w:p>
    <w:p w14:paraId="27B0939E" w14:textId="77777777" w:rsidR="005363EB" w:rsidRDefault="00000000">
      <w:r>
        <w:t>Kontaktní telefon: _____________________    Vztah k dítěti: _____________________</w:t>
      </w:r>
    </w:p>
    <w:p w14:paraId="3C1BD596" w14:textId="77777777" w:rsidR="005363EB" w:rsidRDefault="00000000">
      <w:pPr>
        <w:pStyle w:val="Nadpis2"/>
      </w:pPr>
      <w:r>
        <w:t>U rozvedených rodičů</w:t>
      </w:r>
    </w:p>
    <w:p w14:paraId="12DDB662" w14:textId="77777777" w:rsidR="005363EB" w:rsidRDefault="00000000">
      <w:r>
        <w:t>Číslo rozsudku: _____________________    ze dne: _____________________</w:t>
      </w:r>
    </w:p>
    <w:p w14:paraId="5EAA8DBD" w14:textId="77777777" w:rsidR="005363EB" w:rsidRDefault="00000000">
      <w:r>
        <w:t>Dítě svěřeno do péče: ______________________________________________</w:t>
      </w:r>
    </w:p>
    <w:p w14:paraId="500C7815" w14:textId="77777777" w:rsidR="005363EB" w:rsidRDefault="00000000">
      <w:r>
        <w:t>Umožnění styku druhého rodiče s dítětem v době: ______________________________________________</w:t>
      </w:r>
    </w:p>
    <w:p w14:paraId="0967911A" w14:textId="77777777" w:rsidR="005363EB" w:rsidRDefault="00000000">
      <w:pPr>
        <w:pStyle w:val="Nadpis2"/>
      </w:pPr>
      <w:r>
        <w:t>Úhrada za službu péče o dítě</w:t>
      </w:r>
    </w:p>
    <w:p w14:paraId="65365342" w14:textId="77777777" w:rsidR="005363EB" w:rsidRDefault="00000000">
      <w:r>
        <w:t>Úhrada za službu péče o dítě bude hrazena: ______________________________________________</w:t>
      </w:r>
    </w:p>
    <w:p w14:paraId="7024E962" w14:textId="77777777" w:rsidR="005363EB" w:rsidRDefault="00000000">
      <w:r>
        <w:t>Beru na vědomí svou povinnost předávat dítě pečující osobě, hlásit změny údajů v tomto evidenčním listě a řádně omlouvat nepřítomnost dítěte.</w:t>
      </w:r>
    </w:p>
    <w:p w14:paraId="531A4FB5" w14:textId="77777777" w:rsidR="005363EB" w:rsidRDefault="00000000">
      <w:r>
        <w:br/>
        <w:t>V Chotěšově dne: _____________________</w:t>
      </w:r>
    </w:p>
    <w:p w14:paraId="3370BD61" w14:textId="77777777" w:rsidR="005363EB" w:rsidRDefault="00000000">
      <w:r>
        <w:br/>
        <w:t>Podpis zákonného zástupce dítěte: ______________________________</w:t>
      </w:r>
    </w:p>
    <w:p w14:paraId="071DF7ED" w14:textId="77777777" w:rsidR="005363EB" w:rsidRDefault="00000000">
      <w:pPr>
        <w:jc w:val="center"/>
      </w:pPr>
      <w:r>
        <w:rPr>
          <w:color w:val="588044"/>
        </w:rPr>
        <w:br/>
        <w:t>🌿 Zahrada dětství Chotěšov | info@zahradadetstvi.cz 🌿</w:t>
      </w:r>
    </w:p>
    <w:sectPr w:rsidR="005363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42104">
    <w:abstractNumId w:val="8"/>
  </w:num>
  <w:num w:numId="2" w16cid:durableId="1329094340">
    <w:abstractNumId w:val="6"/>
  </w:num>
  <w:num w:numId="3" w16cid:durableId="555318624">
    <w:abstractNumId w:val="5"/>
  </w:num>
  <w:num w:numId="4" w16cid:durableId="1208178675">
    <w:abstractNumId w:val="4"/>
  </w:num>
  <w:num w:numId="5" w16cid:durableId="1356931210">
    <w:abstractNumId w:val="7"/>
  </w:num>
  <w:num w:numId="6" w16cid:durableId="224878829">
    <w:abstractNumId w:val="3"/>
  </w:num>
  <w:num w:numId="7" w16cid:durableId="865404759">
    <w:abstractNumId w:val="2"/>
  </w:num>
  <w:num w:numId="8" w16cid:durableId="1604609619">
    <w:abstractNumId w:val="1"/>
  </w:num>
  <w:num w:numId="9" w16cid:durableId="2865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AEF"/>
    <w:rsid w:val="0015074B"/>
    <w:rsid w:val="0029639D"/>
    <w:rsid w:val="00326F90"/>
    <w:rsid w:val="005363EB"/>
    <w:rsid w:val="008D731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88CBA"/>
  <w14:defaultImageDpi w14:val="300"/>
  <w15:docId w15:val="{0CE35F38-637E-F840-8E24-6DEFA494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2157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Heřmanská</cp:lastModifiedBy>
  <cp:revision>2</cp:revision>
  <dcterms:created xsi:type="dcterms:W3CDTF">2026-06-22T08:16:00Z</dcterms:created>
  <dcterms:modified xsi:type="dcterms:W3CDTF">2026-06-22T08:16:00Z</dcterms:modified>
  <cp:category/>
</cp:coreProperties>
</file>