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2E335" w14:textId="77777777" w:rsidR="00733D78" w:rsidRDefault="00733D78" w:rsidP="00733D78">
      <w:pPr>
        <w:jc w:val="center"/>
      </w:pPr>
      <w:proofErr w:type="spellStart"/>
      <w:r>
        <w:rPr>
          <w:b/>
          <w:color w:val="E69138"/>
          <w:sz w:val="26"/>
        </w:rPr>
        <w:t>Dětská</w:t>
      </w:r>
      <w:proofErr w:type="spellEnd"/>
      <w:r>
        <w:rPr>
          <w:b/>
          <w:color w:val="E69138"/>
          <w:sz w:val="26"/>
        </w:rPr>
        <w:t xml:space="preserve"> </w:t>
      </w:r>
      <w:proofErr w:type="spellStart"/>
      <w:r>
        <w:rPr>
          <w:b/>
          <w:color w:val="E69138"/>
          <w:sz w:val="26"/>
        </w:rPr>
        <w:t>skupina</w:t>
      </w:r>
      <w:proofErr w:type="spellEnd"/>
      <w:r>
        <w:rPr>
          <w:b/>
          <w:color w:val="E69138"/>
          <w:sz w:val="26"/>
        </w:rPr>
        <w:t xml:space="preserve"> </w:t>
      </w:r>
      <w:proofErr w:type="spellStart"/>
      <w:r>
        <w:rPr>
          <w:b/>
          <w:color w:val="E69138"/>
          <w:sz w:val="26"/>
        </w:rPr>
        <w:t>Zahrada</w:t>
      </w:r>
      <w:proofErr w:type="spellEnd"/>
      <w:r>
        <w:rPr>
          <w:b/>
          <w:color w:val="E69138"/>
          <w:sz w:val="26"/>
        </w:rPr>
        <w:t xml:space="preserve"> </w:t>
      </w:r>
      <w:proofErr w:type="spellStart"/>
      <w:r>
        <w:rPr>
          <w:b/>
          <w:color w:val="E69138"/>
          <w:sz w:val="26"/>
        </w:rPr>
        <w:t>dětství</w:t>
      </w:r>
      <w:proofErr w:type="spellEnd"/>
      <w:r>
        <w:rPr>
          <w:b/>
          <w:color w:val="E69138"/>
          <w:sz w:val="26"/>
        </w:rPr>
        <w:t xml:space="preserve"> </w:t>
      </w:r>
      <w:proofErr w:type="spellStart"/>
      <w:r>
        <w:rPr>
          <w:b/>
          <w:color w:val="E69138"/>
          <w:sz w:val="26"/>
        </w:rPr>
        <w:t>Chotěšov</w:t>
      </w:r>
      <w:proofErr w:type="spellEnd"/>
    </w:p>
    <w:p w14:paraId="4098C233" w14:textId="77777777" w:rsidR="0078724C" w:rsidRDefault="00000000">
      <w:pPr>
        <w:jc w:val="center"/>
      </w:pPr>
      <w:r>
        <w:rPr>
          <w:b/>
          <w:sz w:val="32"/>
        </w:rPr>
        <w:t>POTVRZENÍ O ZDRAVOTNÍM STAVU DÍTĚTE</w:t>
      </w:r>
      <w:r>
        <w:rPr>
          <w:b/>
          <w:sz w:val="32"/>
        </w:rPr>
        <w:br/>
      </w:r>
    </w:p>
    <w:p w14:paraId="3F5EF153" w14:textId="77777777" w:rsidR="0078724C" w:rsidRDefault="00000000">
      <w:pPr>
        <w:pStyle w:val="Nadpis2"/>
      </w:pPr>
      <w:r>
        <w:t>Údaje o dítěti</w:t>
      </w:r>
    </w:p>
    <w:p w14:paraId="385CCBFA" w14:textId="77777777" w:rsidR="0078724C" w:rsidRDefault="00000000">
      <w:r>
        <w:t>Jméno a příjmení dítěte: __________________________________________</w:t>
      </w:r>
    </w:p>
    <w:p w14:paraId="5B0A12F4" w14:textId="77777777" w:rsidR="0078724C" w:rsidRDefault="00000000">
      <w:r>
        <w:t>Datum narození: __________________________________________</w:t>
      </w:r>
    </w:p>
    <w:p w14:paraId="2C861261" w14:textId="77777777" w:rsidR="0078724C" w:rsidRDefault="00000000">
      <w:r>
        <w:t>Adresa místa pobytu: __________________________________________</w:t>
      </w:r>
    </w:p>
    <w:p w14:paraId="2E7BD0C1" w14:textId="77777777" w:rsidR="0078724C" w:rsidRDefault="00000000">
      <w:pPr>
        <w:pStyle w:val="Nadpis2"/>
      </w:pPr>
      <w:r>
        <w:t>Vyplní lékař</w:t>
      </w:r>
    </w:p>
    <w:p w14:paraId="5F045AD2" w14:textId="77777777" w:rsidR="0078724C" w:rsidRDefault="00000000">
      <w:r>
        <w:t>• Dítě je zdravé a může být přijato k dlouhodobému pobytu v Dětské skupině Zahrada dětství Chotěšov: ☐ ANO   ☐ NE</w:t>
      </w:r>
    </w:p>
    <w:p w14:paraId="451D1AE8" w14:textId="77777777" w:rsidR="0078724C" w:rsidRDefault="00000000">
      <w:r>
        <w:t>• Dítě se podrobilo stanoveným pravidelným očkováním nebo je proti nákaze imunní či se nemůže očkování podrobit pro trvalou kontraindikaci: ☐ ANO   ☐ NE</w:t>
      </w:r>
    </w:p>
    <w:p w14:paraId="089E1059" w14:textId="77777777" w:rsidR="0078724C" w:rsidRDefault="00000000">
      <w:r>
        <w:t>• Důvod: _______________________________________________________</w:t>
      </w:r>
    </w:p>
    <w:p w14:paraId="32E5E68C" w14:textId="77777777" w:rsidR="0078724C" w:rsidRDefault="00000000">
      <w:r>
        <w:t>• Dítě: ☐ nevyžaduje   ☐ vyžaduje speciální péči v oblasti: ☐ zdravotní ☐ tělesné ☐ smyslové ☐ jiné</w:t>
      </w:r>
    </w:p>
    <w:p w14:paraId="38CA55E3" w14:textId="77777777" w:rsidR="0078724C" w:rsidRDefault="00000000">
      <w:r>
        <w:t>• Jiná závažná zdravotní sdělení o dítěti: ______________________________________________</w:t>
      </w:r>
    </w:p>
    <w:p w14:paraId="454DB4D0" w14:textId="77777777" w:rsidR="0078724C" w:rsidRDefault="00000000">
      <w:r>
        <w:t>• Alergie: _____________________________________________________</w:t>
      </w:r>
    </w:p>
    <w:p w14:paraId="511E771D" w14:textId="77777777" w:rsidR="0078724C" w:rsidRDefault="00000000">
      <w:r>
        <w:t>• Užívání léčiv: ________________________________________________</w:t>
      </w:r>
    </w:p>
    <w:p w14:paraId="18CC6E6D" w14:textId="77777777" w:rsidR="0078724C" w:rsidRDefault="00000000">
      <w:r>
        <w:t>• Dítě je schopné účasti na akcích Dětské skupiny Zahrada dětství Chotěšov (kulturní a sportovní akce, výlety apod.): ☐ ANO   ☐ NE</w:t>
      </w:r>
    </w:p>
    <w:p w14:paraId="75B50BBC" w14:textId="77777777" w:rsidR="0078724C" w:rsidRDefault="00000000">
      <w:r>
        <w:br/>
        <w:t>V __________________________ dne __________________________</w:t>
      </w:r>
    </w:p>
    <w:p w14:paraId="3D9017B8" w14:textId="77777777" w:rsidR="0078724C" w:rsidRDefault="00000000">
      <w:r>
        <w:t>Razítko a podpis lékaře: _________________________________</w:t>
      </w:r>
    </w:p>
    <w:p w14:paraId="5BEAC163" w14:textId="77777777" w:rsidR="0078724C" w:rsidRDefault="00000000">
      <w:r>
        <w:t>Podpis zákonného zástupce: _______________________________</w:t>
      </w:r>
    </w:p>
    <w:p w14:paraId="5809E11C" w14:textId="7D040D85" w:rsidR="0078724C" w:rsidRDefault="00000000" w:rsidP="00733D78">
      <w:pPr>
        <w:jc w:val="center"/>
      </w:pPr>
      <w:r>
        <w:br/>
      </w:r>
      <w:r w:rsidR="00733D78">
        <w:rPr>
          <w:color w:val="588044"/>
        </w:rPr>
        <w:t xml:space="preserve">🌿 </w:t>
      </w:r>
      <w:proofErr w:type="spellStart"/>
      <w:r w:rsidR="00733D78">
        <w:rPr>
          <w:color w:val="588044"/>
        </w:rPr>
        <w:t>Zahrada</w:t>
      </w:r>
      <w:proofErr w:type="spellEnd"/>
      <w:r w:rsidR="00733D78">
        <w:rPr>
          <w:color w:val="588044"/>
        </w:rPr>
        <w:t xml:space="preserve"> </w:t>
      </w:r>
      <w:proofErr w:type="spellStart"/>
      <w:r w:rsidR="00733D78">
        <w:rPr>
          <w:color w:val="588044"/>
        </w:rPr>
        <w:t>dětství</w:t>
      </w:r>
      <w:proofErr w:type="spellEnd"/>
      <w:r w:rsidR="00733D78">
        <w:rPr>
          <w:color w:val="588044"/>
        </w:rPr>
        <w:t xml:space="preserve"> </w:t>
      </w:r>
      <w:proofErr w:type="spellStart"/>
      <w:r w:rsidR="00733D78">
        <w:rPr>
          <w:color w:val="588044"/>
        </w:rPr>
        <w:t>Chotěšov</w:t>
      </w:r>
      <w:proofErr w:type="spellEnd"/>
      <w:r w:rsidR="00733D78">
        <w:rPr>
          <w:color w:val="588044"/>
        </w:rPr>
        <w:t xml:space="preserve"> | info@zahradadetstvi.cz 🌿</w:t>
      </w:r>
    </w:p>
    <w:sectPr w:rsidR="0078724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56690407">
    <w:abstractNumId w:val="8"/>
  </w:num>
  <w:num w:numId="2" w16cid:durableId="723257032">
    <w:abstractNumId w:val="6"/>
  </w:num>
  <w:num w:numId="3" w16cid:durableId="1520311445">
    <w:abstractNumId w:val="5"/>
  </w:num>
  <w:num w:numId="4" w16cid:durableId="698818066">
    <w:abstractNumId w:val="4"/>
  </w:num>
  <w:num w:numId="5" w16cid:durableId="1937863090">
    <w:abstractNumId w:val="7"/>
  </w:num>
  <w:num w:numId="6" w16cid:durableId="366495544">
    <w:abstractNumId w:val="3"/>
  </w:num>
  <w:num w:numId="7" w16cid:durableId="73823829">
    <w:abstractNumId w:val="2"/>
  </w:num>
  <w:num w:numId="8" w16cid:durableId="1502699955">
    <w:abstractNumId w:val="1"/>
  </w:num>
  <w:num w:numId="9" w16cid:durableId="1756246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2AEF"/>
    <w:rsid w:val="0015074B"/>
    <w:rsid w:val="0029639D"/>
    <w:rsid w:val="00326F90"/>
    <w:rsid w:val="00733D78"/>
    <w:rsid w:val="0078724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BF61E0"/>
  <w14:defaultImageDpi w14:val="300"/>
  <w15:docId w15:val="{0CE35F38-637E-F840-8E24-6DEFA4942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1170</Characters>
  <Application>Microsoft Office Word</Application>
  <DocSecurity>0</DocSecurity>
  <Lines>26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Jana Heřmanská</cp:lastModifiedBy>
  <cp:revision>2</cp:revision>
  <dcterms:created xsi:type="dcterms:W3CDTF">2026-06-22T08:30:00Z</dcterms:created>
  <dcterms:modified xsi:type="dcterms:W3CDTF">2026-06-22T08:30:00Z</dcterms:modified>
  <cp:category/>
</cp:coreProperties>
</file>