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90BD5" w14:textId="77777777" w:rsidR="000C6873" w:rsidRDefault="00000000">
      <w:pPr>
        <w:jc w:val="center"/>
      </w:pPr>
      <w:r>
        <w:rPr>
          <w:b/>
          <w:sz w:val="32"/>
        </w:rPr>
        <w:t>🌿 DĚTSKÁ SKUPINA</w:t>
      </w:r>
      <w:r>
        <w:rPr>
          <w:b/>
          <w:sz w:val="32"/>
        </w:rPr>
        <w:br/>
      </w:r>
      <w:r>
        <w:rPr>
          <w:b/>
          <w:color w:val="598248"/>
          <w:sz w:val="44"/>
        </w:rPr>
        <w:t>ZAHRADA DĚTSTVÍ</w:t>
      </w:r>
      <w:r>
        <w:rPr>
          <w:b/>
          <w:color w:val="598248"/>
          <w:sz w:val="44"/>
        </w:rPr>
        <w:br/>
        <w:t>CHOTĚŠOV</w:t>
      </w:r>
    </w:p>
    <w:p w14:paraId="0DD7EB55" w14:textId="77777777" w:rsidR="000C6873" w:rsidRDefault="00000000">
      <w:pPr>
        <w:jc w:val="center"/>
      </w:pPr>
      <w:r>
        <w:rPr>
          <w:b/>
        </w:rPr>
        <w:t>POTVRZENÍ O POSTAVENÍ PODPOŘENÉ OSOBY NA TRHU PRÁCE</w:t>
      </w:r>
    </w:p>
    <w:p w14:paraId="2F6BE695" w14:textId="77777777" w:rsidR="000C6873" w:rsidRDefault="00000000">
      <w:r>
        <w:t>Potvrzení o pracovněprávním vztahu (vyplní zaměstnavatel zákonného zástupce dítěte).</w:t>
      </w:r>
    </w:p>
    <w:p w14:paraId="5979BFA3" w14:textId="77777777" w:rsidR="000C6873" w:rsidRDefault="00000000">
      <w:r>
        <w:t>Jméno a příjmení zákonného zástupce: ______________________________________________</w:t>
      </w:r>
    </w:p>
    <w:p w14:paraId="2EB9C46E" w14:textId="77777777" w:rsidR="000C6873" w:rsidRDefault="00000000">
      <w:r>
        <w:t>Datum narození: ______________________________________________</w:t>
      </w:r>
    </w:p>
    <w:p w14:paraId="27B17F3D" w14:textId="77777777" w:rsidR="000C6873" w:rsidRDefault="00000000">
      <w:r>
        <w:t>Bydliště: ______________________________________________</w:t>
      </w:r>
    </w:p>
    <w:p w14:paraId="5F6B0161" w14:textId="77777777" w:rsidR="000C6873" w:rsidRDefault="00000000">
      <w:r>
        <w:t>Zaměstnavatel: ______________________________________________</w:t>
      </w:r>
    </w:p>
    <w:p w14:paraId="2720C540" w14:textId="77777777" w:rsidR="000C6873" w:rsidRDefault="00000000">
      <w:r>
        <w:t>IČ: ______________________________________________</w:t>
      </w:r>
    </w:p>
    <w:p w14:paraId="2F3BE804" w14:textId="77777777" w:rsidR="000C6873" w:rsidRDefault="00000000">
      <w:r>
        <w:t>Sídlo zaměstnavatele: ______________________________________________</w:t>
      </w:r>
    </w:p>
    <w:p w14:paraId="2840AB09" w14:textId="77777777" w:rsidR="000C6873" w:rsidRDefault="00000000">
      <w:r>
        <w:t>Zákonný zástupce je zaměstnán na základě: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C6873" w14:paraId="48E48011" w14:textId="77777777">
        <w:tc>
          <w:tcPr>
            <w:tcW w:w="4320" w:type="dxa"/>
          </w:tcPr>
          <w:p w14:paraId="53EE39FB" w14:textId="77777777" w:rsidR="000C6873" w:rsidRDefault="00000000">
            <w:r>
              <w:t>☐ Pracovní smlouvy</w:t>
            </w:r>
          </w:p>
        </w:tc>
        <w:tc>
          <w:tcPr>
            <w:tcW w:w="4320" w:type="dxa"/>
          </w:tcPr>
          <w:p w14:paraId="7533377C" w14:textId="77777777" w:rsidR="000C6873" w:rsidRDefault="00000000">
            <w:r>
              <w:t>☐ DPP</w:t>
            </w:r>
          </w:p>
        </w:tc>
      </w:tr>
      <w:tr w:rsidR="000C6873" w14:paraId="5DF8CAF1" w14:textId="77777777">
        <w:tc>
          <w:tcPr>
            <w:tcW w:w="4320" w:type="dxa"/>
          </w:tcPr>
          <w:p w14:paraId="0111D4EF" w14:textId="77777777" w:rsidR="000C6873" w:rsidRDefault="00000000">
            <w:r>
              <w:t>☐ DPČ</w:t>
            </w:r>
          </w:p>
        </w:tc>
        <w:tc>
          <w:tcPr>
            <w:tcW w:w="4320" w:type="dxa"/>
          </w:tcPr>
          <w:p w14:paraId="2422969D" w14:textId="77777777" w:rsidR="000C6873" w:rsidRDefault="00000000">
            <w:r>
              <w:t>☐ Jiného vztahu: __________________</w:t>
            </w:r>
          </w:p>
        </w:tc>
      </w:tr>
    </w:tbl>
    <w:p w14:paraId="2C8E76F3" w14:textId="77777777" w:rsidR="000C6873" w:rsidRDefault="00000000">
      <w:r>
        <w:br/>
        <w:t>Trvání smluvního vztahu:</w:t>
      </w:r>
    </w:p>
    <w:p w14:paraId="70762004" w14:textId="77777777" w:rsidR="000C6873" w:rsidRDefault="00000000">
      <w:r>
        <w:t>☐ Na dobu neurčitou od: ____________________</w:t>
      </w:r>
    </w:p>
    <w:p w14:paraId="7EB72E30" w14:textId="77777777" w:rsidR="000C6873" w:rsidRDefault="00000000">
      <w:r>
        <w:t>☐ Na dobu určitou od: ____________________ do: ____________________</w:t>
      </w:r>
    </w:p>
    <w:p w14:paraId="5473E77D" w14:textId="77777777" w:rsidR="000C6873" w:rsidRDefault="00000000">
      <w:r>
        <w:br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0C6873" w14:paraId="0D42AB4B" w14:textId="77777777">
        <w:tc>
          <w:tcPr>
            <w:tcW w:w="4320" w:type="dxa"/>
          </w:tcPr>
          <w:p w14:paraId="7D849095" w14:textId="77777777" w:rsidR="000C6873" w:rsidRDefault="00000000">
            <w:r>
              <w:t>Datum vystavení dokladu</w:t>
            </w:r>
          </w:p>
        </w:tc>
        <w:tc>
          <w:tcPr>
            <w:tcW w:w="4320" w:type="dxa"/>
          </w:tcPr>
          <w:p w14:paraId="61AB8CBA" w14:textId="77777777" w:rsidR="000C6873" w:rsidRDefault="00000000">
            <w:r>
              <w:t>Razítko zaměstnavatele</w:t>
            </w:r>
          </w:p>
        </w:tc>
      </w:tr>
      <w:tr w:rsidR="000C6873" w14:paraId="71CAA9DB" w14:textId="77777777">
        <w:tc>
          <w:tcPr>
            <w:tcW w:w="4320" w:type="dxa"/>
          </w:tcPr>
          <w:p w14:paraId="51B2090D" w14:textId="77777777" w:rsidR="000C6873" w:rsidRDefault="00000000">
            <w:r>
              <w:br/>
            </w:r>
            <w:r>
              <w:br/>
            </w:r>
          </w:p>
        </w:tc>
        <w:tc>
          <w:tcPr>
            <w:tcW w:w="4320" w:type="dxa"/>
          </w:tcPr>
          <w:p w14:paraId="36122964" w14:textId="77777777" w:rsidR="000C6873" w:rsidRDefault="00000000">
            <w:r>
              <w:br/>
            </w:r>
            <w:r>
              <w:br/>
            </w:r>
          </w:p>
        </w:tc>
      </w:tr>
    </w:tbl>
    <w:p w14:paraId="06E3302C" w14:textId="77777777" w:rsidR="000C6873" w:rsidRDefault="00000000">
      <w:r>
        <w:br/>
        <w:t>Jméno, funkce a podpis osoby vydávající potvrzení:</w:t>
      </w:r>
      <w:r>
        <w:br/>
      </w:r>
      <w:r>
        <w:br/>
        <w:t>____________________________________________________________</w:t>
      </w:r>
    </w:p>
    <w:sectPr w:rsidR="000C687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971064">
    <w:abstractNumId w:val="8"/>
  </w:num>
  <w:num w:numId="2" w16cid:durableId="886067084">
    <w:abstractNumId w:val="6"/>
  </w:num>
  <w:num w:numId="3" w16cid:durableId="1490053421">
    <w:abstractNumId w:val="5"/>
  </w:num>
  <w:num w:numId="4" w16cid:durableId="860894777">
    <w:abstractNumId w:val="4"/>
  </w:num>
  <w:num w:numId="5" w16cid:durableId="1848595179">
    <w:abstractNumId w:val="7"/>
  </w:num>
  <w:num w:numId="6" w16cid:durableId="1369260961">
    <w:abstractNumId w:val="3"/>
  </w:num>
  <w:num w:numId="7" w16cid:durableId="175121830">
    <w:abstractNumId w:val="2"/>
  </w:num>
  <w:num w:numId="8" w16cid:durableId="285965366">
    <w:abstractNumId w:val="1"/>
  </w:num>
  <w:num w:numId="9" w16cid:durableId="1763065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873"/>
    <w:rsid w:val="00112AEF"/>
    <w:rsid w:val="0015074B"/>
    <w:rsid w:val="0029639D"/>
    <w:rsid w:val="00326F90"/>
    <w:rsid w:val="00AA1D8D"/>
    <w:rsid w:val="00B47730"/>
    <w:rsid w:val="00C00CE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EC0A0"/>
  <w14:defaultImageDpi w14:val="300"/>
  <w15:docId w15:val="{0CE35F38-637E-F840-8E24-6DEFA494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898</Characters>
  <Application>Microsoft Office Word</Application>
  <DocSecurity>0</DocSecurity>
  <Lines>35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Heřmanská</cp:lastModifiedBy>
  <cp:revision>2</cp:revision>
  <dcterms:created xsi:type="dcterms:W3CDTF">2026-06-22T08:27:00Z</dcterms:created>
  <dcterms:modified xsi:type="dcterms:W3CDTF">2026-06-22T08:27:00Z</dcterms:modified>
  <cp:category/>
</cp:coreProperties>
</file>