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D3DFB9" w14:textId="77777777" w:rsidR="00537501" w:rsidRDefault="00000000">
      <w:pPr>
        <w:jc w:val="center"/>
      </w:pPr>
      <w:r>
        <w:rPr>
          <w:noProof/>
        </w:rPr>
        <w:drawing>
          <wp:inline distT="0" distB="0" distL="0" distR="0" wp14:anchorId="3E48C034" wp14:editId="080264BC">
            <wp:extent cx="1620000" cy="249201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5(1)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20000" cy="2492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3A8B1C" w14:textId="77777777" w:rsidR="00537501" w:rsidRDefault="00000000">
      <w:pPr>
        <w:jc w:val="center"/>
      </w:pPr>
      <w:r>
        <w:rPr>
          <w:b/>
          <w:color w:val="588044"/>
          <w:sz w:val="40"/>
        </w:rPr>
        <w:t>PŘIHLÁŠKA K DOCHÁZCE DÍTĚTE</w:t>
      </w:r>
    </w:p>
    <w:p w14:paraId="0DF76EEB" w14:textId="77777777" w:rsidR="00537501" w:rsidRDefault="00000000">
      <w:pPr>
        <w:jc w:val="center"/>
      </w:pPr>
      <w:r>
        <w:rPr>
          <w:b/>
          <w:color w:val="E69138"/>
          <w:sz w:val="28"/>
        </w:rPr>
        <w:t>Dětská skupina Zahrada dětství Chotěšov</w:t>
      </w:r>
    </w:p>
    <w:p w14:paraId="6866D442" w14:textId="77777777" w:rsidR="00537501" w:rsidRDefault="00537501"/>
    <w:p w14:paraId="4BE9CC3B" w14:textId="77777777" w:rsidR="00537501" w:rsidRDefault="00000000">
      <w:pPr>
        <w:pStyle w:val="Nadpis2"/>
      </w:pPr>
      <w:r>
        <w:rPr>
          <w:color w:val="588044"/>
        </w:rPr>
        <w:t>ÚDAJE O DÍTĚTI</w:t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4316"/>
        <w:gridCol w:w="4314"/>
      </w:tblGrid>
      <w:tr w:rsidR="00537501" w14:paraId="46DBD8DE" w14:textId="77777777">
        <w:trPr>
          <w:jc w:val="center"/>
        </w:trPr>
        <w:tc>
          <w:tcPr>
            <w:tcW w:w="4320" w:type="dxa"/>
          </w:tcPr>
          <w:p w14:paraId="634CCE9F" w14:textId="77777777" w:rsidR="00537501" w:rsidRDefault="00000000">
            <w:r>
              <w:t>Jméno a příjmení dítěte</w:t>
            </w:r>
          </w:p>
        </w:tc>
        <w:tc>
          <w:tcPr>
            <w:tcW w:w="4320" w:type="dxa"/>
          </w:tcPr>
          <w:p w14:paraId="149F85C7" w14:textId="77777777" w:rsidR="00537501" w:rsidRDefault="00000000">
            <w:r>
              <w:t xml:space="preserve"> </w:t>
            </w:r>
          </w:p>
        </w:tc>
      </w:tr>
      <w:tr w:rsidR="00537501" w14:paraId="14FA1B34" w14:textId="77777777">
        <w:trPr>
          <w:jc w:val="center"/>
        </w:trPr>
        <w:tc>
          <w:tcPr>
            <w:tcW w:w="4320" w:type="dxa"/>
          </w:tcPr>
          <w:p w14:paraId="7B1B919D" w14:textId="77777777" w:rsidR="00537501" w:rsidRDefault="00000000">
            <w:r>
              <w:t>Datum narození</w:t>
            </w:r>
          </w:p>
        </w:tc>
        <w:tc>
          <w:tcPr>
            <w:tcW w:w="4320" w:type="dxa"/>
          </w:tcPr>
          <w:p w14:paraId="6BAE337C" w14:textId="77777777" w:rsidR="00537501" w:rsidRDefault="00000000">
            <w:r>
              <w:t xml:space="preserve"> </w:t>
            </w:r>
          </w:p>
        </w:tc>
      </w:tr>
      <w:tr w:rsidR="00537501" w14:paraId="2DFBCFE7" w14:textId="77777777">
        <w:trPr>
          <w:jc w:val="center"/>
        </w:trPr>
        <w:tc>
          <w:tcPr>
            <w:tcW w:w="4320" w:type="dxa"/>
          </w:tcPr>
          <w:p w14:paraId="59F256CE" w14:textId="77777777" w:rsidR="00537501" w:rsidRDefault="00000000">
            <w:r>
              <w:t>Rodné číslo</w:t>
            </w:r>
          </w:p>
        </w:tc>
        <w:tc>
          <w:tcPr>
            <w:tcW w:w="4320" w:type="dxa"/>
          </w:tcPr>
          <w:p w14:paraId="40F91087" w14:textId="77777777" w:rsidR="00537501" w:rsidRDefault="00000000">
            <w:r>
              <w:t xml:space="preserve"> </w:t>
            </w:r>
          </w:p>
        </w:tc>
      </w:tr>
      <w:tr w:rsidR="00537501" w14:paraId="29B78B3E" w14:textId="77777777">
        <w:trPr>
          <w:jc w:val="center"/>
        </w:trPr>
        <w:tc>
          <w:tcPr>
            <w:tcW w:w="4320" w:type="dxa"/>
          </w:tcPr>
          <w:p w14:paraId="3063A7FC" w14:textId="77777777" w:rsidR="00537501" w:rsidRDefault="00000000">
            <w:r>
              <w:t>Adresa trvalého pobytu</w:t>
            </w:r>
          </w:p>
        </w:tc>
        <w:tc>
          <w:tcPr>
            <w:tcW w:w="4320" w:type="dxa"/>
          </w:tcPr>
          <w:p w14:paraId="7A304AEE" w14:textId="77777777" w:rsidR="00537501" w:rsidRDefault="00000000">
            <w:r>
              <w:t xml:space="preserve"> </w:t>
            </w:r>
          </w:p>
        </w:tc>
      </w:tr>
      <w:tr w:rsidR="00537501" w14:paraId="361BD712" w14:textId="77777777">
        <w:trPr>
          <w:jc w:val="center"/>
        </w:trPr>
        <w:tc>
          <w:tcPr>
            <w:tcW w:w="4320" w:type="dxa"/>
          </w:tcPr>
          <w:p w14:paraId="016589E4" w14:textId="77777777" w:rsidR="00537501" w:rsidRDefault="00000000">
            <w:r>
              <w:t>Zdravotní pojišťovna</w:t>
            </w:r>
          </w:p>
        </w:tc>
        <w:tc>
          <w:tcPr>
            <w:tcW w:w="4320" w:type="dxa"/>
          </w:tcPr>
          <w:p w14:paraId="2F67A46E" w14:textId="77777777" w:rsidR="00537501" w:rsidRDefault="00000000">
            <w:r>
              <w:t xml:space="preserve"> </w:t>
            </w:r>
          </w:p>
        </w:tc>
      </w:tr>
    </w:tbl>
    <w:p w14:paraId="2F89A4D3" w14:textId="77777777" w:rsidR="00971A1E" w:rsidRDefault="00971A1E">
      <w:pPr>
        <w:pStyle w:val="Nadpis2"/>
        <w:rPr>
          <w:color w:val="588044"/>
        </w:rPr>
      </w:pPr>
    </w:p>
    <w:p w14:paraId="65169AFA" w14:textId="70B37482" w:rsidR="00537501" w:rsidRDefault="00000000">
      <w:pPr>
        <w:pStyle w:val="Nadpis2"/>
      </w:pPr>
      <w:r>
        <w:rPr>
          <w:color w:val="588044"/>
        </w:rPr>
        <w:t>ÚDAJE O ZÁKONNÝCH ZÁSTUPCÍCH</w:t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4316"/>
        <w:gridCol w:w="4314"/>
      </w:tblGrid>
      <w:tr w:rsidR="00537501" w14:paraId="58A2A3E2" w14:textId="77777777">
        <w:trPr>
          <w:jc w:val="center"/>
        </w:trPr>
        <w:tc>
          <w:tcPr>
            <w:tcW w:w="4320" w:type="dxa"/>
          </w:tcPr>
          <w:p w14:paraId="2F444B5A" w14:textId="77777777" w:rsidR="00537501" w:rsidRDefault="00000000">
            <w:r>
              <w:t>Jméno a příjmení matky/zákonného zástupce</w:t>
            </w:r>
          </w:p>
        </w:tc>
        <w:tc>
          <w:tcPr>
            <w:tcW w:w="4320" w:type="dxa"/>
          </w:tcPr>
          <w:p w14:paraId="6A0B9010" w14:textId="77777777" w:rsidR="00537501" w:rsidRDefault="00000000">
            <w:r>
              <w:t xml:space="preserve"> </w:t>
            </w:r>
          </w:p>
        </w:tc>
      </w:tr>
      <w:tr w:rsidR="00537501" w14:paraId="46B618AF" w14:textId="77777777">
        <w:trPr>
          <w:jc w:val="center"/>
        </w:trPr>
        <w:tc>
          <w:tcPr>
            <w:tcW w:w="4320" w:type="dxa"/>
          </w:tcPr>
          <w:p w14:paraId="7275E86B" w14:textId="77777777" w:rsidR="00537501" w:rsidRDefault="00000000">
            <w:r>
              <w:t>Telefon</w:t>
            </w:r>
          </w:p>
        </w:tc>
        <w:tc>
          <w:tcPr>
            <w:tcW w:w="4320" w:type="dxa"/>
          </w:tcPr>
          <w:p w14:paraId="3062507A" w14:textId="77777777" w:rsidR="00537501" w:rsidRDefault="00000000">
            <w:r>
              <w:t xml:space="preserve"> </w:t>
            </w:r>
          </w:p>
        </w:tc>
      </w:tr>
      <w:tr w:rsidR="00537501" w14:paraId="715CB975" w14:textId="77777777">
        <w:trPr>
          <w:jc w:val="center"/>
        </w:trPr>
        <w:tc>
          <w:tcPr>
            <w:tcW w:w="4320" w:type="dxa"/>
          </w:tcPr>
          <w:p w14:paraId="52DDCC89" w14:textId="77777777" w:rsidR="00537501" w:rsidRDefault="00000000">
            <w:r>
              <w:t>E-mail</w:t>
            </w:r>
          </w:p>
        </w:tc>
        <w:tc>
          <w:tcPr>
            <w:tcW w:w="4320" w:type="dxa"/>
          </w:tcPr>
          <w:p w14:paraId="21FC913E" w14:textId="77777777" w:rsidR="00537501" w:rsidRDefault="00000000">
            <w:r>
              <w:t xml:space="preserve"> </w:t>
            </w:r>
          </w:p>
        </w:tc>
      </w:tr>
      <w:tr w:rsidR="00537501" w14:paraId="601FE99A" w14:textId="77777777">
        <w:trPr>
          <w:jc w:val="center"/>
        </w:trPr>
        <w:tc>
          <w:tcPr>
            <w:tcW w:w="4320" w:type="dxa"/>
          </w:tcPr>
          <w:p w14:paraId="0D43B7B7" w14:textId="77777777" w:rsidR="00537501" w:rsidRDefault="00000000">
            <w:r>
              <w:t>Jméno a příjmení otce/zákonného zástupce</w:t>
            </w:r>
          </w:p>
        </w:tc>
        <w:tc>
          <w:tcPr>
            <w:tcW w:w="4320" w:type="dxa"/>
          </w:tcPr>
          <w:p w14:paraId="79EBA4D8" w14:textId="77777777" w:rsidR="00537501" w:rsidRDefault="00000000">
            <w:r>
              <w:t xml:space="preserve"> </w:t>
            </w:r>
          </w:p>
        </w:tc>
      </w:tr>
      <w:tr w:rsidR="00537501" w14:paraId="3115706D" w14:textId="77777777">
        <w:trPr>
          <w:jc w:val="center"/>
        </w:trPr>
        <w:tc>
          <w:tcPr>
            <w:tcW w:w="4320" w:type="dxa"/>
          </w:tcPr>
          <w:p w14:paraId="4351B1CE" w14:textId="77777777" w:rsidR="00537501" w:rsidRDefault="00000000">
            <w:r>
              <w:t>Telefon</w:t>
            </w:r>
          </w:p>
        </w:tc>
        <w:tc>
          <w:tcPr>
            <w:tcW w:w="4320" w:type="dxa"/>
          </w:tcPr>
          <w:p w14:paraId="301F0527" w14:textId="77777777" w:rsidR="00537501" w:rsidRDefault="00000000">
            <w:r>
              <w:t xml:space="preserve"> </w:t>
            </w:r>
          </w:p>
        </w:tc>
      </w:tr>
      <w:tr w:rsidR="00537501" w14:paraId="7AAAA85A" w14:textId="77777777">
        <w:trPr>
          <w:jc w:val="center"/>
        </w:trPr>
        <w:tc>
          <w:tcPr>
            <w:tcW w:w="4320" w:type="dxa"/>
          </w:tcPr>
          <w:p w14:paraId="1E86D579" w14:textId="77777777" w:rsidR="00537501" w:rsidRDefault="00000000">
            <w:r>
              <w:t>E-mail</w:t>
            </w:r>
          </w:p>
        </w:tc>
        <w:tc>
          <w:tcPr>
            <w:tcW w:w="4320" w:type="dxa"/>
          </w:tcPr>
          <w:p w14:paraId="35B84E90" w14:textId="77777777" w:rsidR="00537501" w:rsidRDefault="00000000">
            <w:r>
              <w:t xml:space="preserve"> </w:t>
            </w:r>
          </w:p>
        </w:tc>
      </w:tr>
    </w:tbl>
    <w:p w14:paraId="00096DD3" w14:textId="0CBA2FE3" w:rsidR="00537501" w:rsidRDefault="00000000">
      <w:pPr>
        <w:pStyle w:val="Nadpis2"/>
      </w:pPr>
      <w:r>
        <w:t>VÝBĚR DOCHÁZKY</w:t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1726"/>
        <w:gridCol w:w="1726"/>
        <w:gridCol w:w="1726"/>
        <w:gridCol w:w="1726"/>
        <w:gridCol w:w="1726"/>
      </w:tblGrid>
      <w:tr w:rsidR="00537501" w14:paraId="4D2B7485" w14:textId="77777777">
        <w:trPr>
          <w:jc w:val="center"/>
        </w:trPr>
        <w:tc>
          <w:tcPr>
            <w:tcW w:w="1728" w:type="dxa"/>
          </w:tcPr>
          <w:p w14:paraId="04C6E523" w14:textId="77777777" w:rsidR="00537501" w:rsidRDefault="00000000">
            <w:r>
              <w:t>1 den</w:t>
            </w:r>
          </w:p>
        </w:tc>
        <w:tc>
          <w:tcPr>
            <w:tcW w:w="1728" w:type="dxa"/>
          </w:tcPr>
          <w:p w14:paraId="5D512D02" w14:textId="77777777" w:rsidR="00537501" w:rsidRDefault="00000000">
            <w:r>
              <w:t>2 dny</w:t>
            </w:r>
          </w:p>
        </w:tc>
        <w:tc>
          <w:tcPr>
            <w:tcW w:w="1728" w:type="dxa"/>
          </w:tcPr>
          <w:p w14:paraId="0E387D31" w14:textId="77777777" w:rsidR="00537501" w:rsidRDefault="00000000">
            <w:r>
              <w:t>3 dny</w:t>
            </w:r>
          </w:p>
        </w:tc>
        <w:tc>
          <w:tcPr>
            <w:tcW w:w="1728" w:type="dxa"/>
          </w:tcPr>
          <w:p w14:paraId="28276B70" w14:textId="77777777" w:rsidR="00537501" w:rsidRDefault="00000000">
            <w:r>
              <w:t>4 dny</w:t>
            </w:r>
          </w:p>
        </w:tc>
        <w:tc>
          <w:tcPr>
            <w:tcW w:w="1728" w:type="dxa"/>
          </w:tcPr>
          <w:p w14:paraId="0B5168BB" w14:textId="77777777" w:rsidR="00537501" w:rsidRDefault="00000000">
            <w:r>
              <w:t>5 dní</w:t>
            </w:r>
          </w:p>
        </w:tc>
      </w:tr>
      <w:tr w:rsidR="00537501" w14:paraId="43D3E0EF" w14:textId="77777777">
        <w:trPr>
          <w:jc w:val="center"/>
        </w:trPr>
        <w:tc>
          <w:tcPr>
            <w:tcW w:w="1728" w:type="dxa"/>
          </w:tcPr>
          <w:p w14:paraId="17220110" w14:textId="77777777" w:rsidR="00537501" w:rsidRDefault="00000000">
            <w:r>
              <w:t>☐</w:t>
            </w:r>
          </w:p>
        </w:tc>
        <w:tc>
          <w:tcPr>
            <w:tcW w:w="1728" w:type="dxa"/>
          </w:tcPr>
          <w:p w14:paraId="0E8F8820" w14:textId="77777777" w:rsidR="00537501" w:rsidRDefault="00000000">
            <w:r>
              <w:t>☐</w:t>
            </w:r>
          </w:p>
        </w:tc>
        <w:tc>
          <w:tcPr>
            <w:tcW w:w="1728" w:type="dxa"/>
          </w:tcPr>
          <w:p w14:paraId="3365E7C7" w14:textId="77777777" w:rsidR="00537501" w:rsidRDefault="00000000">
            <w:r>
              <w:t>☐</w:t>
            </w:r>
          </w:p>
        </w:tc>
        <w:tc>
          <w:tcPr>
            <w:tcW w:w="1728" w:type="dxa"/>
          </w:tcPr>
          <w:p w14:paraId="677980F3" w14:textId="77777777" w:rsidR="00537501" w:rsidRDefault="00000000">
            <w:r>
              <w:t>☐</w:t>
            </w:r>
          </w:p>
        </w:tc>
        <w:tc>
          <w:tcPr>
            <w:tcW w:w="1728" w:type="dxa"/>
          </w:tcPr>
          <w:p w14:paraId="3B54EB4E" w14:textId="77777777" w:rsidR="00537501" w:rsidRDefault="00000000">
            <w:r>
              <w:t>☐</w:t>
            </w:r>
          </w:p>
        </w:tc>
      </w:tr>
    </w:tbl>
    <w:p w14:paraId="72E66B95" w14:textId="77777777" w:rsidR="00971A1E" w:rsidRDefault="00971A1E"/>
    <w:p w14:paraId="3269033F" w14:textId="7011B8AB" w:rsidR="00537501" w:rsidRDefault="00000000">
      <w:proofErr w:type="spellStart"/>
      <w:r>
        <w:t>Plánované</w:t>
      </w:r>
      <w:proofErr w:type="spellEnd"/>
      <w:r>
        <w:t xml:space="preserve"> </w:t>
      </w:r>
      <w:proofErr w:type="spellStart"/>
      <w:r>
        <w:t>zahájení</w:t>
      </w:r>
      <w:proofErr w:type="spellEnd"/>
      <w:r>
        <w:t xml:space="preserve"> </w:t>
      </w:r>
      <w:proofErr w:type="spellStart"/>
      <w:r>
        <w:t>docházky</w:t>
      </w:r>
      <w:proofErr w:type="spellEnd"/>
      <w:r>
        <w:t>: __________________________</w:t>
      </w:r>
    </w:p>
    <w:p w14:paraId="400A3F55" w14:textId="77777777" w:rsidR="00971A1E" w:rsidRDefault="00971A1E"/>
    <w:p w14:paraId="193DB9E8" w14:textId="77777777" w:rsidR="00971A1E" w:rsidRDefault="00971A1E"/>
    <w:p w14:paraId="01AE5A3D" w14:textId="77777777" w:rsidR="00537501" w:rsidRDefault="00000000">
      <w:pPr>
        <w:pStyle w:val="Nadpis2"/>
      </w:pPr>
      <w:r>
        <w:t>PŘEDPOKLÁDANÁ DOCHÁZKA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158"/>
        <w:gridCol w:w="2157"/>
        <w:gridCol w:w="2157"/>
        <w:gridCol w:w="2158"/>
      </w:tblGrid>
      <w:tr w:rsidR="00537501" w14:paraId="187BDFFE" w14:textId="77777777">
        <w:tc>
          <w:tcPr>
            <w:tcW w:w="2160" w:type="dxa"/>
          </w:tcPr>
          <w:p w14:paraId="18C87B2D" w14:textId="77777777" w:rsidR="00537501" w:rsidRDefault="00000000">
            <w:r>
              <w:t>Den</w:t>
            </w:r>
          </w:p>
        </w:tc>
        <w:tc>
          <w:tcPr>
            <w:tcW w:w="2160" w:type="dxa"/>
          </w:tcPr>
          <w:p w14:paraId="5E2A3CD9" w14:textId="77777777" w:rsidR="00537501" w:rsidRDefault="00000000">
            <w:r>
              <w:t>Příchod</w:t>
            </w:r>
          </w:p>
        </w:tc>
        <w:tc>
          <w:tcPr>
            <w:tcW w:w="2160" w:type="dxa"/>
          </w:tcPr>
          <w:p w14:paraId="156D36F6" w14:textId="77777777" w:rsidR="00537501" w:rsidRDefault="00000000">
            <w:r>
              <w:t>Odchod</w:t>
            </w:r>
          </w:p>
        </w:tc>
        <w:tc>
          <w:tcPr>
            <w:tcW w:w="2160" w:type="dxa"/>
          </w:tcPr>
          <w:p w14:paraId="19E244F3" w14:textId="77777777" w:rsidR="00537501" w:rsidRDefault="00000000">
            <w:r>
              <w:t>Poznámka</w:t>
            </w:r>
          </w:p>
        </w:tc>
      </w:tr>
      <w:tr w:rsidR="00537501" w14:paraId="441A88FB" w14:textId="77777777">
        <w:tc>
          <w:tcPr>
            <w:tcW w:w="2160" w:type="dxa"/>
          </w:tcPr>
          <w:p w14:paraId="634CD236" w14:textId="77777777" w:rsidR="00537501" w:rsidRDefault="00000000">
            <w:r>
              <w:t>Pondělí</w:t>
            </w:r>
          </w:p>
        </w:tc>
        <w:tc>
          <w:tcPr>
            <w:tcW w:w="2160" w:type="dxa"/>
          </w:tcPr>
          <w:p w14:paraId="152951A3" w14:textId="77777777" w:rsidR="00537501" w:rsidRDefault="00537501"/>
        </w:tc>
        <w:tc>
          <w:tcPr>
            <w:tcW w:w="2160" w:type="dxa"/>
          </w:tcPr>
          <w:p w14:paraId="6D2DA2E5" w14:textId="77777777" w:rsidR="00537501" w:rsidRDefault="00537501"/>
        </w:tc>
        <w:tc>
          <w:tcPr>
            <w:tcW w:w="2160" w:type="dxa"/>
          </w:tcPr>
          <w:p w14:paraId="0ACF0C61" w14:textId="77777777" w:rsidR="00537501" w:rsidRDefault="00537501"/>
        </w:tc>
      </w:tr>
      <w:tr w:rsidR="00537501" w14:paraId="51A0D812" w14:textId="77777777">
        <w:tc>
          <w:tcPr>
            <w:tcW w:w="2160" w:type="dxa"/>
          </w:tcPr>
          <w:p w14:paraId="4905D14F" w14:textId="77777777" w:rsidR="00537501" w:rsidRDefault="00000000">
            <w:r>
              <w:t>Úterý</w:t>
            </w:r>
          </w:p>
        </w:tc>
        <w:tc>
          <w:tcPr>
            <w:tcW w:w="2160" w:type="dxa"/>
          </w:tcPr>
          <w:p w14:paraId="7F3BB284" w14:textId="77777777" w:rsidR="00537501" w:rsidRDefault="00537501"/>
        </w:tc>
        <w:tc>
          <w:tcPr>
            <w:tcW w:w="2160" w:type="dxa"/>
          </w:tcPr>
          <w:p w14:paraId="303C6498" w14:textId="77777777" w:rsidR="00537501" w:rsidRDefault="00537501"/>
        </w:tc>
        <w:tc>
          <w:tcPr>
            <w:tcW w:w="2160" w:type="dxa"/>
          </w:tcPr>
          <w:p w14:paraId="17EBF19D" w14:textId="77777777" w:rsidR="00537501" w:rsidRDefault="00537501"/>
        </w:tc>
      </w:tr>
      <w:tr w:rsidR="00537501" w14:paraId="600A9F9B" w14:textId="77777777">
        <w:tc>
          <w:tcPr>
            <w:tcW w:w="2160" w:type="dxa"/>
          </w:tcPr>
          <w:p w14:paraId="228E01AF" w14:textId="77777777" w:rsidR="00537501" w:rsidRDefault="00000000">
            <w:r>
              <w:t>Středa</w:t>
            </w:r>
          </w:p>
        </w:tc>
        <w:tc>
          <w:tcPr>
            <w:tcW w:w="2160" w:type="dxa"/>
          </w:tcPr>
          <w:p w14:paraId="3CE35391" w14:textId="77777777" w:rsidR="00537501" w:rsidRDefault="00537501"/>
        </w:tc>
        <w:tc>
          <w:tcPr>
            <w:tcW w:w="2160" w:type="dxa"/>
          </w:tcPr>
          <w:p w14:paraId="7809B5F8" w14:textId="77777777" w:rsidR="00537501" w:rsidRDefault="00537501"/>
        </w:tc>
        <w:tc>
          <w:tcPr>
            <w:tcW w:w="2160" w:type="dxa"/>
          </w:tcPr>
          <w:p w14:paraId="2796D232" w14:textId="77777777" w:rsidR="00537501" w:rsidRDefault="00537501"/>
        </w:tc>
      </w:tr>
      <w:tr w:rsidR="00537501" w14:paraId="67124EEC" w14:textId="77777777">
        <w:tc>
          <w:tcPr>
            <w:tcW w:w="2160" w:type="dxa"/>
          </w:tcPr>
          <w:p w14:paraId="1299D62D" w14:textId="77777777" w:rsidR="00537501" w:rsidRDefault="00000000">
            <w:r>
              <w:t>Čtvrtek</w:t>
            </w:r>
          </w:p>
        </w:tc>
        <w:tc>
          <w:tcPr>
            <w:tcW w:w="2160" w:type="dxa"/>
          </w:tcPr>
          <w:p w14:paraId="32BA4029" w14:textId="77777777" w:rsidR="00537501" w:rsidRDefault="00537501"/>
        </w:tc>
        <w:tc>
          <w:tcPr>
            <w:tcW w:w="2160" w:type="dxa"/>
          </w:tcPr>
          <w:p w14:paraId="2E3C2722" w14:textId="77777777" w:rsidR="00537501" w:rsidRDefault="00537501"/>
        </w:tc>
        <w:tc>
          <w:tcPr>
            <w:tcW w:w="2160" w:type="dxa"/>
          </w:tcPr>
          <w:p w14:paraId="54B60CB5" w14:textId="77777777" w:rsidR="00537501" w:rsidRDefault="00537501"/>
        </w:tc>
      </w:tr>
      <w:tr w:rsidR="00537501" w14:paraId="59F3900D" w14:textId="77777777">
        <w:tc>
          <w:tcPr>
            <w:tcW w:w="2160" w:type="dxa"/>
          </w:tcPr>
          <w:p w14:paraId="446AA567" w14:textId="77777777" w:rsidR="00537501" w:rsidRDefault="00000000">
            <w:r>
              <w:t>Pátek</w:t>
            </w:r>
          </w:p>
        </w:tc>
        <w:tc>
          <w:tcPr>
            <w:tcW w:w="2160" w:type="dxa"/>
          </w:tcPr>
          <w:p w14:paraId="4A5828F3" w14:textId="77777777" w:rsidR="00537501" w:rsidRDefault="00537501"/>
        </w:tc>
        <w:tc>
          <w:tcPr>
            <w:tcW w:w="2160" w:type="dxa"/>
          </w:tcPr>
          <w:p w14:paraId="3327C586" w14:textId="77777777" w:rsidR="00537501" w:rsidRDefault="00537501"/>
        </w:tc>
        <w:tc>
          <w:tcPr>
            <w:tcW w:w="2160" w:type="dxa"/>
          </w:tcPr>
          <w:p w14:paraId="17D177F4" w14:textId="77777777" w:rsidR="00537501" w:rsidRDefault="00537501"/>
        </w:tc>
      </w:tr>
    </w:tbl>
    <w:p w14:paraId="6FEA1657" w14:textId="77777777" w:rsidR="00537501" w:rsidRDefault="00000000">
      <w:pPr>
        <w:pStyle w:val="Nadpis2"/>
      </w:pPr>
      <w:r>
        <w:t>ZDRAVOTNÍ INFORMACE</w:t>
      </w:r>
    </w:p>
    <w:p w14:paraId="0267FCB9" w14:textId="77777777" w:rsidR="00537501" w:rsidRDefault="00000000">
      <w:r>
        <w:t>Alergie, omezení nebo jiné důležité informace:</w:t>
      </w:r>
    </w:p>
    <w:p w14:paraId="6A56F515" w14:textId="77777777" w:rsidR="00537501" w:rsidRDefault="00000000">
      <w:r>
        <w:t>____________________________________________________________</w:t>
      </w:r>
    </w:p>
    <w:p w14:paraId="25052975" w14:textId="77777777" w:rsidR="00537501" w:rsidRDefault="00000000">
      <w:r>
        <w:t>Specifické stravovací potřeby:</w:t>
      </w:r>
    </w:p>
    <w:p w14:paraId="52143D87" w14:textId="77777777" w:rsidR="00537501" w:rsidRDefault="00000000">
      <w:r>
        <w:t>____________________________________________________________</w:t>
      </w:r>
    </w:p>
    <w:p w14:paraId="6D893D94" w14:textId="77777777" w:rsidR="00537501" w:rsidRDefault="00000000">
      <w:r>
        <w:br/>
        <w:t>Datum: __________________________</w:t>
      </w:r>
    </w:p>
    <w:p w14:paraId="450C594A" w14:textId="77777777" w:rsidR="00537501" w:rsidRDefault="00000000">
      <w:r>
        <w:t>Podpis zákonného zástupce: __________________________</w:t>
      </w:r>
    </w:p>
    <w:p w14:paraId="05CA55C3" w14:textId="77777777" w:rsidR="00537501" w:rsidRDefault="00000000">
      <w:pPr>
        <w:jc w:val="center"/>
      </w:pPr>
      <w:r>
        <w:rPr>
          <w:color w:val="588044"/>
        </w:rPr>
        <w:br/>
        <w:t>🌿 Zahrada dětství Chotěšov | info@zahradadetstvi.cz 🌿</w:t>
      </w:r>
    </w:p>
    <w:sectPr w:rsidR="00537501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notTrueType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76745330">
    <w:abstractNumId w:val="8"/>
  </w:num>
  <w:num w:numId="2" w16cid:durableId="1605989461">
    <w:abstractNumId w:val="6"/>
  </w:num>
  <w:num w:numId="3" w16cid:durableId="1880777375">
    <w:abstractNumId w:val="5"/>
  </w:num>
  <w:num w:numId="4" w16cid:durableId="1608469123">
    <w:abstractNumId w:val="4"/>
  </w:num>
  <w:num w:numId="5" w16cid:durableId="606935050">
    <w:abstractNumId w:val="7"/>
  </w:num>
  <w:num w:numId="6" w16cid:durableId="1478835509">
    <w:abstractNumId w:val="3"/>
  </w:num>
  <w:num w:numId="7" w16cid:durableId="442656077">
    <w:abstractNumId w:val="2"/>
  </w:num>
  <w:num w:numId="8" w16cid:durableId="1365205458">
    <w:abstractNumId w:val="1"/>
  </w:num>
  <w:num w:numId="9" w16cid:durableId="11225018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5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12AEF"/>
    <w:rsid w:val="0015074B"/>
    <w:rsid w:val="0029639D"/>
    <w:rsid w:val="00326F90"/>
    <w:rsid w:val="00537501"/>
    <w:rsid w:val="00971A1E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AFC85E"/>
  <w14:defaultImageDpi w14:val="300"/>
  <w15:docId w15:val="{0CE35F38-637E-F840-8E24-6DEFA4942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693F"/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108</Words>
  <Characters>838</Characters>
  <Application>Microsoft Office Word</Application>
  <DocSecurity>0</DocSecurity>
  <Lines>83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894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Jana Heřmanská</cp:lastModifiedBy>
  <cp:revision>2</cp:revision>
  <dcterms:created xsi:type="dcterms:W3CDTF">2026-06-22T08:14:00Z</dcterms:created>
  <dcterms:modified xsi:type="dcterms:W3CDTF">2026-06-22T08:14:00Z</dcterms:modified>
  <cp:category/>
</cp:coreProperties>
</file>