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29FE" w14:textId="203ACBF3" w:rsidR="00C15AA1" w:rsidRPr="00D06D1D" w:rsidRDefault="00D06D1D" w:rsidP="00D06D1D">
      <w:pPr>
        <w:jc w:val="center"/>
        <w:rPr>
          <w:b/>
          <w:color w:val="588044"/>
          <w:sz w:val="36"/>
        </w:rPr>
      </w:pPr>
      <w:r>
        <w:rPr>
          <w:noProof/>
        </w:rPr>
        <w:drawing>
          <wp:inline distT="0" distB="0" distL="0" distR="0" wp14:anchorId="5042D19C" wp14:editId="064500C2">
            <wp:extent cx="1438870" cy="191294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5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1542" cy="196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b/>
          <w:color w:val="588044"/>
          <w:sz w:val="36"/>
        </w:rPr>
        <w:t>🌿 ZAHRADA DĚTSTVÍ CHOTĚŠOV 🌿</w:t>
      </w:r>
    </w:p>
    <w:p w14:paraId="44BECD04" w14:textId="5AF02A7C" w:rsidR="00C15AA1" w:rsidRDefault="00D06D1D">
      <w:pPr>
        <w:jc w:val="center"/>
      </w:pPr>
      <w:r>
        <w:rPr>
          <w:b/>
          <w:sz w:val="26"/>
        </w:rPr>
        <w:t xml:space="preserve">                                      </w:t>
      </w:r>
      <w:r w:rsidR="00000000">
        <w:rPr>
          <w:b/>
          <w:sz w:val="26"/>
        </w:rPr>
        <w:t>SOUHLAS SE ZPRACOVÁNÍM OSOBNÍCH ÚDAJŮ</w:t>
      </w:r>
      <w:r w:rsidR="00000000">
        <w:rPr>
          <w:b/>
          <w:sz w:val="26"/>
        </w:rPr>
        <w:br/>
      </w:r>
      <w:r>
        <w:rPr>
          <w:b/>
          <w:sz w:val="26"/>
        </w:rPr>
        <w:t xml:space="preserve">                                    </w:t>
      </w:r>
      <w:r w:rsidR="00000000">
        <w:rPr>
          <w:b/>
          <w:sz w:val="26"/>
        </w:rPr>
        <w:t>A SOUHLAS SE ZVEŘEJŇOVÁNÍM FOTOGRAFIÍ</w:t>
      </w:r>
    </w:p>
    <w:p w14:paraId="66CBE0D3" w14:textId="77777777" w:rsidR="00C15AA1" w:rsidRDefault="00000000">
      <w:r>
        <w:rPr>
          <w:b/>
        </w:rPr>
        <w:t>ÚDAJE O DÍTĚTI</w:t>
      </w:r>
    </w:p>
    <w:p w14:paraId="367CFEB5" w14:textId="77777777" w:rsidR="00C15AA1" w:rsidRDefault="00000000">
      <w:r>
        <w:t>Jméno a příjmení dítěte: __________________________________________</w:t>
      </w:r>
    </w:p>
    <w:p w14:paraId="7444297C" w14:textId="77777777" w:rsidR="00C15AA1" w:rsidRDefault="00000000">
      <w:r>
        <w:t>Datum narození: __________________________________________</w:t>
      </w:r>
    </w:p>
    <w:p w14:paraId="75F8820A" w14:textId="77777777" w:rsidR="00C15AA1" w:rsidRDefault="00000000">
      <w:r>
        <w:t>Adresa místa pobytu: __________________________________________</w:t>
      </w:r>
    </w:p>
    <w:p w14:paraId="59A1AD8C" w14:textId="77777777" w:rsidR="00C15AA1" w:rsidRDefault="00000000">
      <w:r>
        <w:rPr>
          <w:b/>
        </w:rPr>
        <w:t>ÚDAJE O ZÁKONNÉM ZÁSTUPCI</w:t>
      </w:r>
    </w:p>
    <w:p w14:paraId="2A8BADB3" w14:textId="77777777" w:rsidR="00C15AA1" w:rsidRDefault="00000000">
      <w:r>
        <w:t>Jméno a příjmení: __________________________________________</w:t>
      </w:r>
    </w:p>
    <w:p w14:paraId="4B937DB3" w14:textId="77777777" w:rsidR="00C15AA1" w:rsidRDefault="00000000">
      <w:r>
        <w:t>Datum narození: __________________________________________</w:t>
      </w:r>
    </w:p>
    <w:p w14:paraId="744A156A" w14:textId="77777777" w:rsidR="00C15AA1" w:rsidRDefault="00000000">
      <w:r>
        <w:t>Adresa místa pobytu: __________________________________________</w:t>
      </w:r>
    </w:p>
    <w:p w14:paraId="59247818" w14:textId="77777777" w:rsidR="00C15AA1" w:rsidRDefault="00000000">
      <w:r>
        <w:t>Telefon: ____________________    E-mail: ____________________</w:t>
      </w:r>
    </w:p>
    <w:p w14:paraId="672022D5" w14:textId="77777777" w:rsidR="00C15AA1" w:rsidRDefault="00000000">
      <w:r>
        <w:rPr>
          <w:b/>
        </w:rPr>
        <w:t>☐ SOUHLASÍM    ☐ NESOUHLASÍM</w:t>
      </w:r>
      <w:r>
        <w:rPr>
          <w:b/>
        </w:rPr>
        <w:br/>
      </w:r>
      <w:r>
        <w:t>se zpracováním a zveřejněním jména a příjmení dítěte, fotografií, videozáznamů a dalších záznamů pořízených v Dětské skupině Zahrada dětství Chotěšov za účelem prezentace činnosti dětské skupiny.</w:t>
      </w:r>
    </w:p>
    <w:p w14:paraId="56E537B8" w14:textId="77777777" w:rsidR="00C15AA1" w:rsidRDefault="00000000">
      <w:r>
        <w:rPr>
          <w:b/>
        </w:rPr>
        <w:t>☐ SOUHLAS POSKYTUJI    ☐ SOUHLAS NEPOSKYTUJI</w:t>
      </w:r>
      <w:r>
        <w:rPr>
          <w:b/>
        </w:rPr>
        <w:br/>
      </w:r>
      <w:r>
        <w:t>na celou dobu docházky dítěte do Dětské skupiny Zahrada dětství Chotěšov a na zákonem stanovenou dobu archivace dokumentace.</w:t>
      </w:r>
    </w:p>
    <w:p w14:paraId="32976EBA" w14:textId="77777777" w:rsidR="00C15AA1" w:rsidRDefault="00000000">
      <w:r>
        <w:t>Byl(a) jsem poučen(a) o svém právu tento souhlas kdykoliv písemně odvolat, a to i bez udání důvodu.</w:t>
      </w:r>
    </w:p>
    <w:p w14:paraId="767FAA16" w14:textId="77777777" w:rsidR="00C15AA1" w:rsidRDefault="00000000">
      <w:r>
        <w:br/>
        <w:t>V Chotěšově dne: ______________________</w:t>
      </w:r>
    </w:p>
    <w:p w14:paraId="1AAD0A00" w14:textId="77777777" w:rsidR="00C15AA1" w:rsidRDefault="00000000">
      <w:r>
        <w:t>Podpis zákonného zástupce dítěte: ______________________________</w:t>
      </w:r>
    </w:p>
    <w:p w14:paraId="58F9BC56" w14:textId="72ADFFDF" w:rsidR="00D06D1D" w:rsidRPr="00D06D1D" w:rsidRDefault="00D06D1D" w:rsidP="00D06D1D">
      <w:pPr>
        <w:jc w:val="center"/>
        <w:rPr>
          <w:color w:val="588044"/>
        </w:rPr>
      </w:pPr>
      <w:r>
        <w:rPr>
          <w:color w:val="588044"/>
        </w:rPr>
        <w:br/>
        <w:t xml:space="preserve">🌿 </w:t>
      </w:r>
      <w:proofErr w:type="spellStart"/>
      <w:r>
        <w:rPr>
          <w:color w:val="588044"/>
        </w:rPr>
        <w:t>Zahrada</w:t>
      </w:r>
      <w:proofErr w:type="spellEnd"/>
      <w:r>
        <w:rPr>
          <w:color w:val="588044"/>
        </w:rPr>
        <w:t xml:space="preserve"> </w:t>
      </w:r>
      <w:proofErr w:type="spellStart"/>
      <w:r>
        <w:rPr>
          <w:color w:val="588044"/>
        </w:rPr>
        <w:t>dětství</w:t>
      </w:r>
      <w:proofErr w:type="spellEnd"/>
      <w:r>
        <w:rPr>
          <w:color w:val="588044"/>
        </w:rPr>
        <w:t xml:space="preserve"> </w:t>
      </w:r>
      <w:proofErr w:type="spellStart"/>
      <w:r>
        <w:rPr>
          <w:color w:val="588044"/>
        </w:rPr>
        <w:t>Chotěšov</w:t>
      </w:r>
      <w:proofErr w:type="spellEnd"/>
      <w:r>
        <w:rPr>
          <w:color w:val="588044"/>
        </w:rPr>
        <w:t xml:space="preserve"> | info@zahradadetstvi.cz 🌿</w:t>
      </w:r>
    </w:p>
    <w:p w14:paraId="7B656D26" w14:textId="0E949C96" w:rsidR="00C15AA1" w:rsidRDefault="00000000">
      <w:pPr>
        <w:jc w:val="center"/>
      </w:pPr>
      <w:r>
        <w:rPr>
          <w:sz w:val="32"/>
        </w:rPr>
        <w:t xml:space="preserve">   </w:t>
      </w:r>
    </w:p>
    <w:sectPr w:rsidR="00C15AA1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1024040">
    <w:abstractNumId w:val="8"/>
  </w:num>
  <w:num w:numId="2" w16cid:durableId="1150369222">
    <w:abstractNumId w:val="6"/>
  </w:num>
  <w:num w:numId="3" w16cid:durableId="274752708">
    <w:abstractNumId w:val="5"/>
  </w:num>
  <w:num w:numId="4" w16cid:durableId="1482965010">
    <w:abstractNumId w:val="4"/>
  </w:num>
  <w:num w:numId="5" w16cid:durableId="1053850101">
    <w:abstractNumId w:val="7"/>
  </w:num>
  <w:num w:numId="6" w16cid:durableId="428158102">
    <w:abstractNumId w:val="3"/>
  </w:num>
  <w:num w:numId="7" w16cid:durableId="601958182">
    <w:abstractNumId w:val="2"/>
  </w:num>
  <w:num w:numId="8" w16cid:durableId="1709376387">
    <w:abstractNumId w:val="1"/>
  </w:num>
  <w:num w:numId="9" w16cid:durableId="187387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2AEF"/>
    <w:rsid w:val="0015074B"/>
    <w:rsid w:val="0029639D"/>
    <w:rsid w:val="00326F90"/>
    <w:rsid w:val="00AA1D8D"/>
    <w:rsid w:val="00B47730"/>
    <w:rsid w:val="00C15AA1"/>
    <w:rsid w:val="00CB0664"/>
    <w:rsid w:val="00D06D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FE5C6"/>
  <w14:defaultImageDpi w14:val="300"/>
  <w15:docId w15:val="{0CE35F38-637E-F840-8E24-6DEFA494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1175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Heřmanská</cp:lastModifiedBy>
  <cp:revision>2</cp:revision>
  <dcterms:created xsi:type="dcterms:W3CDTF">2026-06-22T08:23:00Z</dcterms:created>
  <dcterms:modified xsi:type="dcterms:W3CDTF">2026-06-22T08:23:00Z</dcterms:modified>
  <cp:category/>
</cp:coreProperties>
</file>